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E8A" w:rsidRDefault="001A0F99" w:rsidP="008E7155">
      <w:pPr>
        <w:pStyle w:val="Nagwek1"/>
        <w:jc w:val="center"/>
      </w:pPr>
      <w:r>
        <w:t>Oświadcze</w:t>
      </w:r>
      <w:bookmarkStart w:id="0" w:name="_GoBack"/>
      <w:bookmarkEnd w:id="0"/>
      <w:r>
        <w:t xml:space="preserve">nie organizatora </w:t>
      </w:r>
      <w:r w:rsidRPr="008E7155">
        <w:t>wypoczynku</w:t>
      </w:r>
      <w:r>
        <w:t xml:space="preserve"> – dane kontaktowe</w:t>
      </w:r>
    </w:p>
    <w:p w:rsidR="0093006D" w:rsidRPr="0093006D" w:rsidRDefault="0093006D" w:rsidP="0093006D"/>
    <w:p w:rsidR="00631E8A" w:rsidRPr="0093006D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t>Ja, niżej podpisany/a:</w:t>
      </w:r>
    </w:p>
    <w:p w:rsidR="0093006D" w:rsidRDefault="008E7155" w:rsidP="0093006D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</w:t>
      </w:r>
    </w:p>
    <w:p w:rsidR="0093006D" w:rsidRPr="0093006D" w:rsidRDefault="0093006D" w:rsidP="0093006D">
      <w:pPr>
        <w:spacing w:after="0"/>
        <w:rPr>
          <w:sz w:val="20"/>
          <w:szCs w:val="20"/>
        </w:rPr>
      </w:pPr>
      <w:r>
        <w:rPr>
          <w:sz w:val="20"/>
          <w:szCs w:val="20"/>
        </w:rPr>
        <w:t>Imię</w:t>
      </w:r>
      <w:r w:rsidRPr="0093006D">
        <w:rPr>
          <w:sz w:val="20"/>
          <w:szCs w:val="20"/>
        </w:rPr>
        <w:t xml:space="preserve"> i nazwisko osoby upoważnionej do reprezentowania organizacji:</w:t>
      </w:r>
    </w:p>
    <w:p w:rsidR="00215E7F" w:rsidRDefault="00215E7F">
      <w:pPr>
        <w:rPr>
          <w:sz w:val="24"/>
          <w:szCs w:val="24"/>
        </w:rPr>
      </w:pPr>
    </w:p>
    <w:p w:rsidR="00631E8A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t>reprezentujący/a:</w:t>
      </w:r>
    </w:p>
    <w:p w:rsidR="00215E7F" w:rsidRPr="0093006D" w:rsidRDefault="00215E7F">
      <w:pPr>
        <w:rPr>
          <w:sz w:val="24"/>
          <w:szCs w:val="24"/>
        </w:rPr>
      </w:pPr>
    </w:p>
    <w:p w:rsidR="00631E8A" w:rsidRDefault="008E7155" w:rsidP="0093006D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</w:t>
      </w:r>
      <w:r w:rsidR="001A0F99" w:rsidRPr="0093006D">
        <w:rPr>
          <w:sz w:val="24"/>
          <w:szCs w:val="24"/>
        </w:rPr>
        <w:t>.</w:t>
      </w:r>
    </w:p>
    <w:p w:rsidR="0093006D" w:rsidRDefault="0093006D" w:rsidP="0093006D">
      <w:pPr>
        <w:spacing w:after="0"/>
        <w:rPr>
          <w:sz w:val="24"/>
          <w:szCs w:val="24"/>
        </w:rPr>
      </w:pPr>
    </w:p>
    <w:p w:rsidR="0093006D" w:rsidRDefault="0093006D" w:rsidP="0093006D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</w:t>
      </w:r>
    </w:p>
    <w:p w:rsidR="0093006D" w:rsidRPr="0093006D" w:rsidRDefault="0093006D" w:rsidP="0093006D">
      <w:pPr>
        <w:spacing w:after="0"/>
        <w:rPr>
          <w:sz w:val="20"/>
          <w:szCs w:val="20"/>
        </w:rPr>
      </w:pPr>
      <w:r>
        <w:rPr>
          <w:sz w:val="20"/>
          <w:szCs w:val="20"/>
        </w:rPr>
        <w:t>Nazwa organizacji, adres siedziby</w:t>
      </w:r>
    </w:p>
    <w:p w:rsidR="008E7155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br/>
      </w:r>
    </w:p>
    <w:p w:rsidR="00631E8A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t>Oświadczam, że aktualne dane kontaktowe organizatora wypoczynku są następujące:</w:t>
      </w:r>
      <w:r w:rsidRPr="0093006D">
        <w:rPr>
          <w:sz w:val="24"/>
          <w:szCs w:val="24"/>
        </w:rPr>
        <w:br/>
      </w:r>
    </w:p>
    <w:tbl>
      <w:tblPr>
        <w:tblStyle w:val="Tabelasiatki1jasnaak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4248"/>
        <w:gridCol w:w="4814"/>
      </w:tblGrid>
      <w:tr w:rsidR="0093006D" w:rsidRPr="0093006D" w:rsidTr="00AE16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none" w:sz="0" w:space="0" w:color="auto"/>
            </w:tcBorders>
            <w:shd w:val="clear" w:color="auto" w:fill="DBE5F1" w:themeFill="accent1" w:themeFillTint="33"/>
          </w:tcPr>
          <w:p w:rsidR="001A0F99" w:rsidRDefault="001A0F99" w:rsidP="0093006D">
            <w:pPr>
              <w:rPr>
                <w:sz w:val="24"/>
                <w:szCs w:val="24"/>
              </w:rPr>
            </w:pPr>
          </w:p>
          <w:p w:rsidR="0093006D" w:rsidRDefault="0093006D" w:rsidP="0093006D">
            <w:pPr>
              <w:rPr>
                <w:sz w:val="24"/>
                <w:szCs w:val="24"/>
              </w:rPr>
            </w:pPr>
            <w:r w:rsidRPr="0093006D">
              <w:rPr>
                <w:sz w:val="24"/>
                <w:szCs w:val="24"/>
              </w:rPr>
              <w:t xml:space="preserve">Imię i nazwisko osoby do kontaktu: </w:t>
            </w:r>
          </w:p>
          <w:p w:rsidR="0093006D" w:rsidRPr="0093006D" w:rsidRDefault="0093006D" w:rsidP="0093006D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bottom w:val="none" w:sz="0" w:space="0" w:color="auto"/>
            </w:tcBorders>
            <w:shd w:val="clear" w:color="auto" w:fill="DBE5F1" w:themeFill="accent1" w:themeFillTint="33"/>
          </w:tcPr>
          <w:p w:rsidR="001A0F99" w:rsidRDefault="001A0F99" w:rsidP="00AC6A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93006D" w:rsidRPr="0093006D" w:rsidRDefault="0093006D" w:rsidP="00AC6A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3006D" w:rsidRPr="0093006D" w:rsidTr="00AE166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</w:tcPr>
          <w:p w:rsidR="001A0F99" w:rsidRDefault="001A0F99" w:rsidP="0093006D">
            <w:pPr>
              <w:rPr>
                <w:sz w:val="24"/>
                <w:szCs w:val="24"/>
              </w:rPr>
            </w:pPr>
          </w:p>
          <w:p w:rsidR="0093006D" w:rsidRDefault="0093006D" w:rsidP="0093006D">
            <w:pPr>
              <w:rPr>
                <w:sz w:val="24"/>
                <w:szCs w:val="24"/>
              </w:rPr>
            </w:pPr>
            <w:r w:rsidRPr="0093006D">
              <w:rPr>
                <w:sz w:val="24"/>
                <w:szCs w:val="24"/>
              </w:rPr>
              <w:t>Telefon kontaktowy</w:t>
            </w:r>
            <w:r w:rsidR="00AE1662">
              <w:rPr>
                <w:sz w:val="24"/>
                <w:szCs w:val="24"/>
              </w:rPr>
              <w:t xml:space="preserve"> (preferowany kom.)</w:t>
            </w:r>
            <w:r>
              <w:rPr>
                <w:sz w:val="24"/>
                <w:szCs w:val="24"/>
              </w:rPr>
              <w:t>:</w:t>
            </w:r>
          </w:p>
          <w:p w:rsidR="0093006D" w:rsidRPr="0093006D" w:rsidRDefault="0093006D" w:rsidP="0093006D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DBE5F1" w:themeFill="accent1" w:themeFillTint="33"/>
          </w:tcPr>
          <w:p w:rsidR="001A0F99" w:rsidRDefault="0093006D" w:rsidP="0093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3006D">
              <w:rPr>
                <w:sz w:val="24"/>
                <w:szCs w:val="24"/>
              </w:rPr>
              <w:t xml:space="preserve"> </w:t>
            </w:r>
          </w:p>
          <w:p w:rsidR="0093006D" w:rsidRPr="0093006D" w:rsidRDefault="0093006D" w:rsidP="0093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3006D" w:rsidRPr="0093006D" w:rsidTr="00AE166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</w:tcPr>
          <w:p w:rsidR="001A0F99" w:rsidRDefault="001A0F99" w:rsidP="00AC6AD6">
            <w:pPr>
              <w:rPr>
                <w:sz w:val="24"/>
                <w:szCs w:val="24"/>
              </w:rPr>
            </w:pPr>
          </w:p>
          <w:p w:rsidR="0093006D" w:rsidRDefault="0093006D" w:rsidP="00AC6AD6">
            <w:pPr>
              <w:rPr>
                <w:sz w:val="24"/>
                <w:szCs w:val="24"/>
              </w:rPr>
            </w:pPr>
            <w:r w:rsidRPr="0093006D">
              <w:rPr>
                <w:sz w:val="24"/>
                <w:szCs w:val="24"/>
              </w:rPr>
              <w:t>Adres e-mail:</w:t>
            </w:r>
          </w:p>
          <w:p w:rsidR="0093006D" w:rsidRPr="0093006D" w:rsidRDefault="0093006D" w:rsidP="00AC6AD6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DBE5F1" w:themeFill="accent1" w:themeFillTint="33"/>
          </w:tcPr>
          <w:p w:rsidR="0093006D" w:rsidRDefault="0093006D" w:rsidP="00AC6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A0F99" w:rsidRPr="0093006D" w:rsidRDefault="001A0F99" w:rsidP="00AC6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3006D" w:rsidRPr="0093006D" w:rsidTr="00AE166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</w:tcPr>
          <w:p w:rsidR="001A0F99" w:rsidRDefault="001A0F99" w:rsidP="00AC6AD6">
            <w:pPr>
              <w:rPr>
                <w:sz w:val="24"/>
                <w:szCs w:val="24"/>
              </w:rPr>
            </w:pPr>
          </w:p>
          <w:p w:rsidR="0093006D" w:rsidRPr="0093006D" w:rsidRDefault="0093006D" w:rsidP="00AC6AD6">
            <w:pPr>
              <w:rPr>
                <w:sz w:val="24"/>
                <w:szCs w:val="24"/>
              </w:rPr>
            </w:pPr>
            <w:r w:rsidRPr="0093006D">
              <w:rPr>
                <w:sz w:val="24"/>
                <w:szCs w:val="24"/>
              </w:rPr>
              <w:t>Numer rachunku bankowego do przekazania dotacji:</w:t>
            </w:r>
          </w:p>
        </w:tc>
        <w:tc>
          <w:tcPr>
            <w:tcW w:w="4814" w:type="dxa"/>
            <w:shd w:val="clear" w:color="auto" w:fill="DBE5F1" w:themeFill="accent1" w:themeFillTint="33"/>
          </w:tcPr>
          <w:p w:rsidR="0093006D" w:rsidRDefault="0093006D" w:rsidP="00AC6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A0F99" w:rsidRPr="0093006D" w:rsidRDefault="001A0F99" w:rsidP="00AC6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1A0F99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br/>
      </w:r>
    </w:p>
    <w:p w:rsidR="00631E8A" w:rsidRPr="0093006D" w:rsidRDefault="001A0F99">
      <w:pPr>
        <w:rPr>
          <w:sz w:val="24"/>
          <w:szCs w:val="24"/>
        </w:rPr>
      </w:pPr>
      <w:r w:rsidRPr="0093006D">
        <w:rPr>
          <w:sz w:val="24"/>
          <w:szCs w:val="24"/>
        </w:rPr>
        <w:t>Potwierdzam, że powyższe dane są zgodne ze stanem faktycznym i aktualne na dzień złożenia oświadczenia.</w:t>
      </w:r>
      <w:r w:rsidR="008E7155">
        <w:rPr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3006D" w:rsidRPr="0093006D" w:rsidTr="001A0F99">
        <w:tc>
          <w:tcPr>
            <w:tcW w:w="4606" w:type="dxa"/>
          </w:tcPr>
          <w:p w:rsidR="0093006D" w:rsidRDefault="0093006D" w:rsidP="0093006D">
            <w:pPr>
              <w:jc w:val="center"/>
              <w:rPr>
                <w:sz w:val="24"/>
                <w:szCs w:val="24"/>
              </w:rPr>
            </w:pPr>
          </w:p>
          <w:p w:rsidR="0093006D" w:rsidRDefault="0093006D" w:rsidP="0093006D">
            <w:pPr>
              <w:jc w:val="center"/>
              <w:rPr>
                <w:sz w:val="24"/>
                <w:szCs w:val="24"/>
              </w:rPr>
            </w:pPr>
          </w:p>
          <w:p w:rsidR="0093006D" w:rsidRDefault="0093006D" w:rsidP="00930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………………………………………………….</w:t>
            </w:r>
          </w:p>
          <w:p w:rsidR="0093006D" w:rsidRPr="0093006D" w:rsidRDefault="0093006D" w:rsidP="009300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93006D" w:rsidRDefault="0093006D" w:rsidP="0093006D">
            <w:pPr>
              <w:jc w:val="center"/>
              <w:rPr>
                <w:sz w:val="24"/>
                <w:szCs w:val="24"/>
              </w:rPr>
            </w:pPr>
          </w:p>
          <w:p w:rsidR="0093006D" w:rsidRDefault="0093006D" w:rsidP="0093006D">
            <w:pPr>
              <w:jc w:val="center"/>
              <w:rPr>
                <w:sz w:val="24"/>
                <w:szCs w:val="24"/>
              </w:rPr>
            </w:pPr>
          </w:p>
          <w:p w:rsidR="0093006D" w:rsidRPr="0093006D" w:rsidRDefault="0093006D" w:rsidP="00930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</w:t>
            </w:r>
          </w:p>
        </w:tc>
      </w:tr>
      <w:tr w:rsidR="0093006D" w:rsidRPr="001A0F99" w:rsidTr="001A0F99">
        <w:tc>
          <w:tcPr>
            <w:tcW w:w="4606" w:type="dxa"/>
          </w:tcPr>
          <w:p w:rsidR="0093006D" w:rsidRPr="001A0F99" w:rsidRDefault="0093006D" w:rsidP="0093006D">
            <w:pPr>
              <w:jc w:val="center"/>
              <w:rPr>
                <w:sz w:val="20"/>
                <w:szCs w:val="20"/>
              </w:rPr>
            </w:pPr>
            <w:r w:rsidRPr="001A0F99">
              <w:rPr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93006D" w:rsidRPr="001A0F99" w:rsidRDefault="0093006D" w:rsidP="0093006D">
            <w:pPr>
              <w:jc w:val="center"/>
              <w:rPr>
                <w:sz w:val="20"/>
                <w:szCs w:val="20"/>
              </w:rPr>
            </w:pPr>
            <w:r w:rsidRPr="001A0F99">
              <w:rPr>
                <w:sz w:val="20"/>
                <w:szCs w:val="20"/>
              </w:rPr>
              <w:t>(podpis i pieczątka osoby upoważnionej)</w:t>
            </w:r>
          </w:p>
        </w:tc>
      </w:tr>
    </w:tbl>
    <w:p w:rsidR="00631E8A" w:rsidRPr="0093006D" w:rsidRDefault="00631E8A" w:rsidP="00AE1662">
      <w:pPr>
        <w:rPr>
          <w:sz w:val="24"/>
          <w:szCs w:val="24"/>
        </w:rPr>
      </w:pPr>
    </w:p>
    <w:sectPr w:rsidR="00631E8A" w:rsidRPr="0093006D" w:rsidSect="00AE1662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0F99"/>
    <w:rsid w:val="00215E7F"/>
    <w:rsid w:val="0029639D"/>
    <w:rsid w:val="00326F90"/>
    <w:rsid w:val="00631E8A"/>
    <w:rsid w:val="008E7155"/>
    <w:rsid w:val="0093006D"/>
    <w:rsid w:val="00AA1D8D"/>
    <w:rsid w:val="00AE1662"/>
    <w:rsid w:val="00AF7F3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30A65"/>
  <w14:defaultImageDpi w14:val="300"/>
  <w15:docId w15:val="{E13DF2AA-385B-4E3F-9493-6BEAEF7E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siatki1jasnaakcent1">
    <w:name w:val="Grid Table 1 Light Accent 1"/>
    <w:basedOn w:val="Standardowy"/>
    <w:uiPriority w:val="46"/>
    <w:rsid w:val="0093006D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sid w:val="009300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65BD23-3FDA-4D26-9A17-8D565F875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Małek</dc:creator>
  <cp:keywords/>
  <dc:description/>
  <cp:lastModifiedBy>Joanna Małek</cp:lastModifiedBy>
  <cp:revision>2</cp:revision>
  <dcterms:created xsi:type="dcterms:W3CDTF">2026-06-15T07:41:00Z</dcterms:created>
  <dcterms:modified xsi:type="dcterms:W3CDTF">2026-06-15T07:41:00Z</dcterms:modified>
  <cp:category/>
</cp:coreProperties>
</file>